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</w:rPr>
        <w:t>[Jméno a příjmení]</w:t>
      </w:r>
    </w:p>
    <w:p>
      <w:pPr>
        <w:spacing w:after="0"/>
      </w:pPr>
      <w:r>
        <w:rPr>
          <w:b w:val="0"/>
          <w:i w:val="0"/>
        </w:rPr>
        <w:t>nar. [datum narození]</w:t>
      </w:r>
    </w:p>
    <w:p>
      <w:pPr>
        <w:spacing w:after="0"/>
      </w:pPr>
      <w:r>
        <w:rPr>
          <w:b w:val="0"/>
          <w:i w:val="0"/>
        </w:rPr>
        <w:t>bytem [adresa trvalého pobytu]</w:t>
      </w:r>
    </w:p>
    <w:p>
      <w:pPr>
        <w:spacing w:after="280"/>
      </w:pPr>
      <w:r>
        <w:rPr>
          <w:b w:val="0"/>
          <w:i w:val="0"/>
        </w:rPr>
        <w:t>tel. [telefon], e-mail [e-mail]</w:t>
      </w:r>
    </w:p>
    <w:p>
      <w:pPr>
        <w:spacing w:after="0"/>
      </w:pPr>
      <w:r>
        <w:rPr>
          <w:b/>
          <w:i w:val="0"/>
        </w:rPr>
        <w:t>[Název správního orgánu, např. Magistrát města Brna, odbor dopravněsprávních činností]</w:t>
      </w:r>
    </w:p>
    <w:p>
      <w:pPr>
        <w:spacing w:after="280"/>
      </w:pPr>
      <w:r>
        <w:rPr>
          <w:b w:val="0"/>
          <w:i w:val="0"/>
        </w:rPr>
        <w:t>[adresa úřadu]</w:t>
      </w:r>
    </w:p>
    <w:p>
      <w:pPr>
        <w:spacing w:after="280"/>
        <w:jc w:val="right"/>
      </w:pPr>
      <w:r>
        <w:rPr>
          <w:b w:val="0"/>
          <w:i w:val="0"/>
        </w:rPr>
        <w:t>V [místo] dne [datum]</w:t>
      </w:r>
    </w:p>
    <w:p>
      <w:pPr>
        <w:spacing w:after="240"/>
      </w:pPr>
      <w:r>
        <w:rPr>
          <w:b/>
          <w:i w:val="0"/>
        </w:rPr>
        <w:t>Věc: Vyjádření k zadržení řidičského průkazu ze dne [datum zadržení]</w:t>
      </w:r>
    </w:p>
    <w:p>
      <w:pPr>
        <w:spacing w:after="120"/>
      </w:pPr>
      <w:r>
        <w:rPr>
          <w:b w:val="0"/>
          <w:i w:val="0"/>
        </w:rPr>
        <w:t>Dne [datum zadržení] v [čas] hod. mi byl v [místo kontroly] policistou [jméno a služební číslo, útvar] zadržen řidičský průkaz č. [číslo průkazu] z důvodu [důvod uvedený v potvrzení o zadržení]. Potvrzení o zadržení řidičského průkazu přikládám v kopii.</w:t>
      </w:r>
    </w:p>
    <w:p>
      <w:pPr>
        <w:spacing w:after="80"/>
      </w:pPr>
      <w:r>
        <w:rPr>
          <w:b w:val="0"/>
          <w:i w:val="0"/>
        </w:rPr>
        <w:t>K zadržení řidičského průkazu uvádím následující:</w:t>
      </w:r>
    </w:p>
    <w:p>
      <w:pPr>
        <w:spacing w:after="120"/>
      </w:pPr>
      <w:r>
        <w:rPr>
          <w:b w:val="0"/>
          <w:i w:val="0"/>
        </w:rPr>
        <w:t>1. [Popište vlastními slovy, co se na místě stalo: čas zastavení, průběh kontroly, kolik dechových zkoušek proběhlo a s jakým výsledkem, zda jste žádal(a) o odběr krve, zda jste byl(a) poučen(a) o následcích odmítnutí vyšetření.]</w:t>
      </w:r>
    </w:p>
    <w:p>
      <w:pPr>
        <w:spacing w:after="120"/>
      </w:pPr>
      <w:r>
        <w:rPr>
          <w:b w:val="0"/>
          <w:i w:val="0"/>
        </w:rPr>
        <w:t>2. [Uveďte, s čím konkrétně nesouhlasíte: např. s výsledkem měření, s tím, že jste nebyl(a) poučen(a), s časem nebo důvodem uvedeným v potvrzení, s tím, že proběhlo jen jedno měření.]</w:t>
      </w:r>
    </w:p>
    <w:p>
      <w:pPr>
        <w:spacing w:after="120"/>
      </w:pPr>
      <w:r>
        <w:rPr>
          <w:b w:val="0"/>
          <w:i w:val="0"/>
        </w:rPr>
        <w:t>3. [Pokud řidičský průkaz potřebujete k výkonu povolání nebo k péči o osobu blízkou, uveďte to a doložte, např. potvrzením zaměstnavatele.]</w:t>
      </w:r>
    </w:p>
    <w:p>
      <w:pPr>
        <w:spacing w:after="120"/>
      </w:pPr>
      <w:r>
        <w:rPr>
          <w:b w:val="0"/>
          <w:i w:val="0"/>
        </w:rPr>
        <w:t>S ohledem na výše uvedené žádám, aby správní orgán před rozhodnutím o zadržení řidičského průkazu podle § 118c zákona č. 361/2000 Sb., o provozu na pozemních komunikacích, prověřil [např. platnost ověření dechového analyzátoru, dodržení postupu při měření, obsah úředního záznamu] a aby mi řidičský průkaz vrátil, neboť důvod jeho zadržení netrvá.</w:t>
      </w:r>
    </w:p>
    <w:p>
      <w:pPr>
        <w:spacing w:after="120"/>
      </w:pPr>
      <w:r>
        <w:rPr>
          <w:b w:val="0"/>
          <w:i w:val="0"/>
        </w:rPr>
        <w:t>Dále žádám o umožnění nahlédnout do spisu podle § 38 zákona č. 500/2004 Sb., správního řádu, a o zaslání kopie úředního záznamu Policie ČR o zadržení řidičského průkazu.</w:t>
      </w:r>
    </w:p>
    <w:p>
      <w:pPr>
        <w:spacing w:after="40"/>
      </w:pPr>
      <w:r>
        <w:rPr>
          <w:b/>
          <w:i w:val="0"/>
        </w:rPr>
        <w:t>Přílohy:</w:t>
      </w:r>
    </w:p>
    <w:p>
      <w:pPr>
        <w:spacing w:after="0"/>
      </w:pPr>
      <w:r>
        <w:rPr>
          <w:b w:val="0"/>
          <w:i w:val="0"/>
        </w:rPr>
        <w:t>– kopie potvrzení o zadržení řidičského průkazu</w:t>
      </w:r>
    </w:p>
    <w:p>
      <w:pPr>
        <w:spacing w:after="360"/>
      </w:pPr>
      <w:r>
        <w:rPr>
          <w:b w:val="0"/>
          <w:i w:val="0"/>
        </w:rPr>
        <w:t>– [potvrzení zaměstnavatele / jiné doklady]</w:t>
      </w:r>
    </w:p>
    <w:p>
      <w:pPr>
        <w:spacing w:after="0"/>
      </w:pPr>
      <w:r>
        <w:rPr>
          <w:b w:val="0"/>
          <w:i w:val="0"/>
        </w:rPr>
        <w:t>……………………………………</w:t>
      </w:r>
    </w:p>
    <w:p>
      <w:pPr>
        <w:spacing w:after="0"/>
      </w:pPr>
      <w:r>
        <w:rPr>
          <w:b w:val="0"/>
          <w:i w:val="0"/>
        </w:rPr>
        <w:t>[vlastnoruční podpis]</w:t>
      </w:r>
    </w:p>
    <w:p>
      <w:pPr>
        <w:spacing w:after="360"/>
      </w:pPr>
      <w:r>
        <w:rPr>
          <w:b w:val="0"/>
          <w:i w:val="0"/>
        </w:rPr>
        <w:t>[Jméno a příjmení]</w:t>
      </w:r>
    </w:p>
    <w:p>
      <w:pPr>
        <w:spacing w:after="80"/>
      </w:pPr>
      <w:r>
        <w:rPr>
          <w:b/>
          <w:i w:val="0"/>
        </w:rPr>
        <w:t>Poznámky (před odesláním smažte):</w:t>
      </w:r>
    </w:p>
    <w:p>
      <w:pPr>
        <w:spacing w:after="60"/>
      </w:pPr>
      <w:r>
        <w:rPr>
          <w:b w:val="0"/>
          <w:i w:val="0"/>
        </w:rPr>
        <w:t>• Vyjádření podejte úřadu obce s rozšířenou působností, kterému policie zadržení oznámila, zpravidla podle místa kontroly. Úřad rozhoduje o zadržení průkazu do 5 pracovních dnů od oznámení, proto vyjádření odešlete co nejdřív, nejlépe datovou schránkou nebo osobně na podatelnu s potvrzením převzetí.</w:t>
      </w:r>
    </w:p>
    <w:p>
      <w:pPr>
        <w:spacing w:after="60"/>
      </w:pPr>
      <w:r>
        <w:rPr>
          <w:b w:val="0"/>
          <w:i w:val="0"/>
        </w:rPr>
        <w:t>• Vyjádření není opravný prostředek. Proti pozdějšímu rozhodnutí o zadržení řidičského průkazu lze podat odvolání do 15 dnů od doručení.</w:t>
      </w:r>
    </w:p>
    <w:p>
      <w:pPr>
        <w:spacing w:after="60"/>
      </w:pPr>
      <w:r>
        <w:rPr>
          <w:b w:val="0"/>
          <w:i w:val="0"/>
        </w:rPr>
        <w:t>• Pište jen to, co se skutečně stalo. Vše, co uvedete, se stává součástí spisu i pro navazující přestupkové nebo trestní řízení.</w:t>
      </w:r>
    </w:p>
    <w:p>
      <w:pPr>
        <w:spacing w:after="60"/>
      </w:pPr>
      <w:r>
        <w:rPr>
          <w:b w:val="0"/>
          <w:i w:val="0"/>
        </w:rPr>
        <w:t>• Vzor připravila advokátní kancelář zakazrizeni.cz. Nezávazné posouzení vašeho případu zdarma: www.zakazrizeni.cz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